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45" w:rsidRPr="00CE0A5E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  <w:r w:rsidRPr="00CE0A5E">
        <w:rPr>
          <w:rFonts w:ascii="Times New Roman" w:hAnsi="Times New Roman" w:cs="Times New Roman"/>
          <w:b/>
          <w:sz w:val="28"/>
          <w:szCs w:val="28"/>
        </w:rPr>
        <w:br/>
        <w:t>Độc lập – Tự do – Hạnh phúc</w:t>
      </w:r>
    </w:p>
    <w:p w:rsidR="003A5E45" w:rsidRPr="00CE0A5E" w:rsidRDefault="003A5E45" w:rsidP="00CE0A5E">
      <w:pPr>
        <w:spacing w:after="0"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5E45" w:rsidRPr="00CE0A5E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b/>
          <w:sz w:val="28"/>
          <w:szCs w:val="28"/>
        </w:rPr>
        <w:t xml:space="preserve">ĐƠN </w:t>
      </w:r>
      <w:bookmarkStart w:id="0" w:name="_GoBack"/>
      <w:bookmarkEnd w:id="0"/>
      <w:r w:rsidRPr="00CE0A5E">
        <w:rPr>
          <w:rFonts w:ascii="Times New Roman" w:hAnsi="Times New Roman" w:cs="Times New Roman"/>
          <w:b/>
          <w:sz w:val="28"/>
          <w:szCs w:val="28"/>
        </w:rPr>
        <w:t>XIN XÁC NHẬN KHOẢNG CÁCH ĐI HỌC</w:t>
      </w:r>
    </w:p>
    <w:p w:rsidR="003A5E45" w:rsidRPr="00CE0A5E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(Để hưởng chế độ theo Nghị định 66/2025/NĐ-CP)</w:t>
      </w:r>
    </w:p>
    <w:p w:rsidR="003A5E45" w:rsidRPr="00CE0A5E" w:rsidRDefault="003A5E45" w:rsidP="00CE0A5E">
      <w:pPr>
        <w:spacing w:after="0"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5E45" w:rsidRPr="00CE0A5E" w:rsidRDefault="00CE0A5E" w:rsidP="00CE0A5E">
      <w:pPr>
        <w:spacing w:after="0" w:line="288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Kính gửi:</w:t>
      </w:r>
    </w:p>
    <w:p w:rsidR="003A5E45" w:rsidRPr="00CE0A5E" w:rsidRDefault="00CE0A5E" w:rsidP="00CE0A5E">
      <w:pPr>
        <w:spacing w:after="0" w:line="288" w:lineRule="auto"/>
        <w:ind w:left="216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- Ủy ban nhân dân xã/phường: ........................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</w:p>
    <w:p w:rsidR="003A5E45" w:rsidRPr="00CE0A5E" w:rsidRDefault="00CE0A5E" w:rsidP="00CE0A5E">
      <w:pPr>
        <w:spacing w:after="0" w:line="288" w:lineRule="auto"/>
        <w:ind w:left="216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- Ban Giám hiệu Trường Tiểu học Nguyễn Viết Xuân</w:t>
      </w:r>
    </w:p>
    <w:p w:rsidR="003A5E45" w:rsidRPr="00CE0A5E" w:rsidRDefault="003A5E45" w:rsidP="00CE0A5E">
      <w:pPr>
        <w:spacing w:after="0"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Tôi tên là: .................................................................................................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Là phụ huynh của học sinh: 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Sinh ngày: .............................................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Học sinh lớp: ....................  Năm học: ............................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Hiện đang học tại: Trường Tiểu học Nguyễn Viết Xuân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Địa chỉ cư trú của học sinh: 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A5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hưởng chế độ, chính sách theo Nghị định 66/2025/NĐ-CP, tôi làm đơn này kính đề nghị cơ quan có thẩm quyền xác nhận: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- Khoảng cách từ nơi ở của học sinh đến Trường Tiểu học Nguyễn Viết Xuân: .......... km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- Tuyến đường đi học thực tế: 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A5E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đoan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thông tin trên là đúng sự thật và chịu trách nhiệm trước pháp luật về nội dung đã kê khai.</w:t>
      </w:r>
    </w:p>
    <w:p w:rsidR="003A5E45" w:rsidRPr="00CE0A5E" w:rsidRDefault="00CE0A5E" w:rsidP="00CE0A5E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Kính mong cơ quan xem xét, xác nhận để gia đình hoàn thiện hồ sơ hưởng chế độ theo quy định.</w:t>
      </w:r>
    </w:p>
    <w:p w:rsidR="003A5E45" w:rsidRPr="00CE0A5E" w:rsidRDefault="00CE0A5E" w:rsidP="00CE0A5E">
      <w:pPr>
        <w:spacing w:after="0" w:line="288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B53617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B5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61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B5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61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B5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361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B53617">
        <w:rPr>
          <w:rFonts w:ascii="Times New Roman" w:hAnsi="Times New Roman" w:cs="Times New Roman"/>
          <w:sz w:val="28"/>
          <w:szCs w:val="28"/>
        </w:rPr>
        <w:t xml:space="preserve"> ..... tháng ..... </w:t>
      </w:r>
      <w:proofErr w:type="spellStart"/>
      <w:r w:rsidR="00B5361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B53617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3A5E45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E0A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5E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CE0A5E">
        <w:rPr>
          <w:rFonts w:ascii="Times New Roman" w:hAnsi="Times New Roman" w:cs="Times New Roman"/>
          <w:sz w:val="28"/>
          <w:szCs w:val="28"/>
        </w:rPr>
        <w:t xml:space="preserve"> tên)</w:t>
      </w:r>
    </w:p>
    <w:p w:rsidR="00CE0A5E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0A5E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0A5E" w:rsidRPr="00CE0A5E" w:rsidRDefault="00CE0A5E" w:rsidP="00CE0A5E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……………………………………</w:t>
      </w:r>
    </w:p>
    <w:p w:rsidR="003A5E45" w:rsidRPr="00CE0A5E" w:rsidRDefault="00CE0A5E" w:rsidP="00CE0A5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b/>
          <w:sz w:val="28"/>
          <w:szCs w:val="28"/>
        </w:rPr>
        <w:t>XÁC NHẬN CỦA UBND XÃ/PHƯỜNG</w:t>
      </w:r>
    </w:p>
    <w:p w:rsidR="003A5E45" w:rsidRPr="00CE0A5E" w:rsidRDefault="00CE0A5E" w:rsidP="00CE0A5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Xác nhận học sinh: .......................................................................................</w:t>
      </w:r>
    </w:p>
    <w:p w:rsidR="003A5E45" w:rsidRPr="00CE0A5E" w:rsidRDefault="00CE0A5E" w:rsidP="00CE0A5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Cư trú tại: .......................................................................................................</w:t>
      </w:r>
    </w:p>
    <w:p w:rsidR="003A5E45" w:rsidRPr="00CE0A5E" w:rsidRDefault="00CE0A5E" w:rsidP="00CE0A5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Khoảng cách từ nơi ở đến Trường Tiểu học Nguyễn Viết Xuân: .......... km.</w:t>
      </w:r>
    </w:p>
    <w:p w:rsidR="003A5E45" w:rsidRPr="00CE0A5E" w:rsidRDefault="00CE0A5E" w:rsidP="00CE0A5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(Theo tuyến đường giao thông hiện có)</w:t>
      </w:r>
    </w:p>
    <w:p w:rsidR="003A5E45" w:rsidRPr="00CE0A5E" w:rsidRDefault="003A5E45" w:rsidP="00CE0A5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A5E45" w:rsidRPr="00CE0A5E" w:rsidRDefault="00CE0A5E" w:rsidP="00CE0A5E">
      <w:pPr>
        <w:spacing w:after="0"/>
        <w:ind w:left="50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TM. UBND XÃ/PHƯỜNG</w:t>
      </w:r>
    </w:p>
    <w:p w:rsidR="003A5E45" w:rsidRPr="00CE0A5E" w:rsidRDefault="00CE0A5E" w:rsidP="00CE0A5E">
      <w:pPr>
        <w:spacing w:after="0"/>
        <w:ind w:left="50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A5E">
        <w:rPr>
          <w:rFonts w:ascii="Times New Roman" w:hAnsi="Times New Roman" w:cs="Times New Roman"/>
          <w:sz w:val="28"/>
          <w:szCs w:val="28"/>
        </w:rPr>
        <w:t>(Ký tên, đóng dấu)</w:t>
      </w:r>
    </w:p>
    <w:sectPr w:rsidR="003A5E45" w:rsidRPr="00CE0A5E" w:rsidSect="00B53617">
      <w:pgSz w:w="12240" w:h="15840"/>
      <w:pgMar w:top="56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5E45"/>
    <w:rsid w:val="00AA1D8D"/>
    <w:rsid w:val="00B47730"/>
    <w:rsid w:val="00B53617"/>
    <w:rsid w:val="00CB0664"/>
    <w:rsid w:val="00CE0A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."/>
  <w14:defaultImageDpi w14:val="300"/>
  <w15:docId w15:val="{9DEC6433-AD30-46D6-BAAB-569D1E6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77EA09-D18E-488B-A769-0C3555FC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dcterms:created xsi:type="dcterms:W3CDTF">2013-12-23T23:15:00Z</dcterms:created>
  <dcterms:modified xsi:type="dcterms:W3CDTF">2026-09-07T04:10:00Z</dcterms:modified>
  <cp:category/>
</cp:coreProperties>
</file>